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Резюме</w:t>
      </w:r>
    </w:p>
    <w:p>
      <w:pPr>
        <w:jc w:val="center"/>
      </w:pPr>
      <w:r>
        <w:rPr>
          <w:i/>
          <w:sz w:val="24"/>
        </w:rPr>
        <w:t>Целевая должность: Lead Product Manager / Senior Product Manager</w:t>
      </w:r>
    </w:p>
    <w:p/>
    <w:p>
      <w:r>
        <w:rPr>
          <w:b/>
        </w:rPr>
        <w:t>ФИО:</w:t>
      </w:r>
    </w:p>
    <w:p>
      <w:pPr>
        <w:spacing w:after="160"/>
      </w:pPr>
      <w:r>
        <w:t>Марина В.</w:t>
      </w:r>
    </w:p>
    <w:p>
      <w:pPr>
        <w:spacing w:after="100"/>
      </w:pPr>
      <w:r>
        <w:rPr>
          <w:i/>
          <w:color w:val="5D6F89"/>
          <w:sz w:val="16"/>
        </w:rPr>
        <w:t>Демонстрационный пример. Все данные кандидата синтетические; контакты не указаны.</w:t>
      </w:r>
    </w:p>
    <w:p>
      <w:r>
        <w:rPr>
          <w:b/>
        </w:rPr>
        <w:t>Профессиональный профиль:</w:t>
      </w:r>
    </w:p>
    <w:p>
      <w:pPr>
        <w:spacing w:after="160"/>
      </w:pPr>
      <w:r>
        <w:t>Специалист по управлению и развитию цифровых продуктов с опытом работы около семи лет. Веду B2B SaaS-продукты от идеи до запуска, включая сбор требований клиентов, формирование продуктовой стратегии, постановку задач команде разработки и анализ результатов. Работаю с аналитикой, приоритетами и улучшением пользовательского опыта, взаимодействую с разработчиками, дизайнерами и бизнес-заказчиками.</w:t>
      </w:r>
    </w:p>
    <w:p>
      <w:r>
        <w:rPr>
          <w:b/>
        </w:rPr>
        <w:t>Локация:</w:t>
      </w:r>
    </w:p>
    <w:p>
      <w:pPr>
        <w:spacing w:after="160"/>
      </w:pPr>
      <w:r>
        <w:t>Казань, рассматриваю удалённую работу или гибридный формат в Казани, готова к командировкам</w:t>
      </w:r>
    </w:p>
    <w:p>
      <w:r>
        <w:rPr>
          <w:b/>
        </w:rPr>
        <w:t>Образование:</w:t>
      </w:r>
    </w:p>
    <w:p>
      <w:pPr>
        <w:spacing w:after="160"/>
      </w:pPr>
      <w:r>
        <w:t>Высшее образование по специальности «Прикладная информатика». Изучала информационные системы, анализ данных и управление IT-проектами. Дополнительно проходила курсы по управлению цифровыми продуктами и продуктовой аналитике.</w:t>
      </w:r>
    </w:p>
    <w:p>
      <w:r>
        <w:rPr>
          <w:b/>
        </w:rPr>
        <w:t>Иностранные языки:</w:t>
      </w:r>
    </w:p>
    <w:p>
      <w:pPr>
        <w:spacing w:after="160"/>
      </w:pPr>
      <w:r>
        <w:t>Английский язык уровень B2: чтение профессиональной документации, изучение материалов по управлению продуктами, общение с зарубежными коллегами на рабочие темы.</w:t>
      </w:r>
    </w:p>
    <w:p>
      <w:r>
        <w:rPr>
          <w:b/>
        </w:rPr>
        <w:t>Опыт работы:</w:t>
      </w:r>
    </w:p>
    <w:p>
      <w:pPr>
        <w:spacing w:after="160"/>
      </w:pPr>
      <w:r>
        <w:t>Product Manager (2022–2026)</w:t>
        <w:br/>
        <w:t>- Управление B2B SaaS-продуктами: сбор требований клиентов, планирование развития продукта, постановка задач разработчикам</w:t>
        <w:br/>
        <w:t>- Ведение продукта от идеи до запуска, взаимодействие с командой разработки, дизайнерами и заказчиками</w:t>
        <w:br/>
        <w:t>- Запуск новых функций и улучшение существующих сервисов</w:t>
        <w:br/>
        <w:t>- Анализ результатов и работа с продуктовой аналитикой</w:t>
        <w:br/>
        <w:br/>
        <w:t>Product Analyst (2019–2022)</w:t>
      </w:r>
    </w:p>
    <w:p>
      <w:r>
        <w:rPr>
          <w:b/>
        </w:rPr>
        <w:t>Ключевые навыки:</w:t>
      </w:r>
    </w:p>
    <w:p>
      <w:pPr>
        <w:spacing w:after="160"/>
      </w:pPr>
      <w:r>
        <w:t>Управление цифровыми продуктами, продуктовая аналитика, исследование потребностей клиентов, формирование продуктовой стратегии и дорожной карты развития. Работа с Agile и Scrum, расстановка приоритетов, формулирование требований и задач для разработчиков. Владение Jira, Confluence, Figma, SQL, инструментами веб-аналитики. Проведение интервью с пользователями, анализ метрик, координация работы команды.</w:t>
      </w:r>
    </w:p>
    <w:p>
      <w:r>
        <w:rPr>
          <w:b/>
        </w:rPr>
        <w:t>Дополнительно:</w:t>
      </w:r>
    </w:p>
    <w:p>
      <w:pPr>
        <w:spacing w:after="160"/>
      </w:pPr>
      <w:r>
        <w:t>Интерес к продуктам, решающим реальные проблемы клиентов. Увлечение сложными задачами и поиском простых решений. Ответственная, самостоятельная, умею договариваться с людьми и быстро осваивать новые инструменты. Стремление развиваться в направлении Lead Product Manager, брать больше ответственности за продуктовую стратегию и бизнес-результаты.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color w:val="788087"/>
        <w:sz w:val="16"/>
      </w:rPr>
      <w:t xml:space="preserve">Подготовлено с помощью CareerRadar · </w:t>
    </w:r>
    <w:hyperlink r:id="rId1">
      <w:r>
        <w:rPr>
          <w:color w:val="788087"/>
          <w:u w:val="single"/>
          <w:sz w:val="16"/>
        </w:rPr>
        <w:t>career-radar.app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career-radar.ap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Синтетический демонстрационный пример. Годы работы условные; контакты не указываются.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